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ORACIONES A SAN JUDAS TADEO</w:t>
      </w:r>
    </w:p>
    <w:p>
      <w:r>
        <w:t>San Judas Tadeo es el santo apóstol y pariente de nuestro Señor Jesucristo, venerado mundialmente como el patrono de las causas difíciles, desesperadas y perdidas. Su vida de fidelidad, predicación y martirio es un modelo supremo de fe. Este folleto contiene las oraciones canónicas más poderosas a San Judas Tadeo y el texto completo de la Novena.</w:t>
      </w:r>
    </w:p>
    <w:p>
      <w:r>
        <w:t>Fuente y textos completos en español: https://pray.ee/</w:t>
      </w:r>
    </w:p>
    <w:p>
      <w:pPr>
        <w:pStyle w:val="Heading2"/>
      </w:pPr>
      <w:r>
        <w:t>1. Oración principal a San Judas Tadeo para casos difíciles</w:t>
      </w:r>
    </w:p>
    <w:p>
      <w:r>
        <w:t>«¡Oh glorioso apóstol San Judas Tadeo, siervo fiel y amigo de Jesús! El nombre del traidor que entregó a tu amado Maestro ha sido la causa de que muchos te olvidaran, pero la Iglesia te honra y te invoca universalmente como el patrono de los casos difíciles y desesperados. Ruega por mí, que soy tan miserable. Te ruego que hagas uso de ese privilegio especial que se te ha concedido de socorrer visible y rápidamente cuando casi se ha perdido toda esperanza. Ven en mi ayuda en esta gran necesidad, para que reciba el consuelo y el socorro del cielo en todas mis tribulaciones y sufrimientos, particularmente (mencione aquí su petición), y para que pueda alabar a Dios contigo y con todos los elegidos por la eternidad. Te prometo, oh bendito San Judas, recordar siempre este gran favor, honrarte siempre como mi patrono especial y poderoso, y fomentar con gratitud la devoción a ti. Amén.»</w:t>
      </w:r>
    </w:p>
    <w:p>
      <w:pPr>
        <w:pStyle w:val="Heading2"/>
      </w:pPr>
      <w:r>
        <w:t>2. Novena abreviada a San Judas Tadeo (Oración diaria)</w:t>
      </w:r>
    </w:p>
    <w:p>
      <w:r>
        <w:t>«¡Oh San Judas Tadeo, apóstol de Cristo y mártir glorioso! Intercede por mí ante el Señor en esta hora de dificultad. Tú que predicaste el Evangelio con valentía en tierras lejanas y coronaste tu vida con el martirio, obtén para mí la fortaleza espiritual para superar mis pruebas diarias. Que a través de tu poderosa intercesión, pueda recibir la gracia que tanto necesito para mi bienestar espiritual y temporal, y que mi vida sea siempre un reflejo del amor y la verdad de Cristo. Amén.»</w:t>
      </w:r>
    </w:p>
    <w:p>
      <w:pPr>
        <w:pStyle w:val="Heading2"/>
      </w:pPr>
      <w:r>
        <w:t>3. Pautas espirituales y devoción</w:t>
      </w:r>
    </w:p>
    <w:p>
      <w:r>
        <w:t>- La devoción a San Judas Tadeo nos recuerda que nunca debemos perder la esperanza, pues la misericordia de Dios es infinita y Su poder se manifiesta de manera especial en lo que parece imposible.</w:t>
      </w:r>
    </w:p>
    <w:p>
      <w:r>
        <w:t>- Al orar, mantenga su corazón libre de rencor, perdone a quienes le han ofendido y confíe plenamente en el plan providencial de Dios para su vida.</w:t>
      </w:r>
    </w:p>
    <w:p>
      <w:r>
        <w:t>Encuentre más oraciones, novenas y guías espirituales en nuestro sitio web oficial: https://pray.ee/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