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МОЛИТВИ ДО СВЯТОГО ЙОСИФА ОБРУЧНИКА</w:t>
      </w:r>
    </w:p>
    <w:p>
      <w:r>
        <w:t>Святий Йосиф Обручник є покровителем родин, батьків, праці та щасливої смерті. Його тихе, праведне життя є прикладом глибокої віри та повного послуху Божій волі. До нього звертаються мільйони вірян у всьому світі про захист сім'ї, допомогу в пошуку роботи та вирішенні життєвих труднощів.</w:t>
      </w:r>
    </w:p>
    <w:p>
      <w:pPr>
        <w:pStyle w:val="Heading2"/>
      </w:pPr>
      <w:r>
        <w:t>1. Молитва до святого Йосифа за родину</w:t>
      </w:r>
    </w:p>
    <w:p>
      <w:r>
        <w:t>«О святий Йосифе, опікуне родин і захиснику чистоти! Тобі Бог довірив Свого Єдинородного Сина та Його Пречисту Матір. Благаємо тебе: візьми під свій могутній захист і нашу родину. Випроси для нас у Господа благодать взаємної любові, миру, злагоди та глибокої поваги один до одного. Бережи наших дітей від спокус цього світу, зміцнюй віру батьків і даруй нам усім сили жити за Божими заповідями, щоб у кінці віку ми сподобилися вічної радості в Царстві Небесному. Амінь.»</w:t>
      </w:r>
    </w:p>
    <w:p>
      <w:pPr>
        <w:pStyle w:val="Heading2"/>
      </w:pPr>
      <w:r>
        <w:t>2. Молитва до святого Йосифа про роботу</w:t>
      </w:r>
    </w:p>
    <w:p>
      <w:r>
        <w:t>«Святий Йосифе, ти своїми руками чесно заробляв на хліб для Ісуса та Марії в назаретській майстерні. Тобі відома ціна важкої праці та занепокоєння про хліб насущний. Поглянь на мою потребу і допоможи мені знайти чесну та гідну роботу, яка дозволить мені утримувати себе та мою родину, приносячи користь суспільству. Благослови мої зусилля, зміцнюй мої руки і даруй мені терпіння в часи труднощів. Нехай моя праця буде на славу Божу та спасіння моєї душі. Амінь.»</w:t>
      </w:r>
    </w:p>
    <w:p>
      <w:pPr>
        <w:pStyle w:val="Heading2"/>
      </w:pPr>
      <w:r>
        <w:t>3. Літанія до святого Йосифа (Скорочена канонічна)</w:t>
      </w:r>
    </w:p>
    <w:p>
      <w:r>
        <w:t>«Господи, помилуй! Христе, помилуй! Господи, помилуй!</w:t>
        <w:br/>
        <w:t>Свята Маріє, молись за нас.</w:t>
        <w:br/>
        <w:t>Святий Йосифе, молись за нас.</w:t>
        <w:br/>
        <w:t>Славний нащадку Давида, молись за нас.</w:t>
        <w:br/>
        <w:t>Світло Патріархів, молись за нас.</w:t>
        <w:br/>
        <w:t>Обручнику Богородиці, молись за нас.</w:t>
        <w:br/>
        <w:t>Опікуне Спасителя, молись за нас.</w:t>
        <w:br/>
        <w:t>Йосифе найправедніший, молись за нас.</w:t>
        <w:br/>
        <w:t>Йосифе наймужніший, молись за нас.</w:t>
        <w:br/>
        <w:t>Йосифе найслухняніший, молись за нас.</w:t>
        <w:br/>
        <w:t>Опоро родин, молись за нас.</w:t>
        <w:br/>
        <w:t>Утіхо нещасних, молись за нас.</w:t>
        <w:br/>
        <w:t>Надіє хворих, молись за нас.</w:t>
        <w:br/>
        <w:t>Покровителю помираючих, молись за нас.</w:t>
        <w:br/>
        <w:t>Агнче Божий, що змиваєш гріхи світу, прости нас, Господи. Амінь.»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