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SAINT JOSEPH THE BETROTHED</w:t>
      </w:r>
    </w:p>
    <w:p>
      <w:r>
        <w:t>Saint Joseph is the patron saint of families, fathers, workers, and a happy death. His quiet, righteous life is a supreme model of profound faith and total obedience to God's will. Millions of believers worldwide turn to him for family protection, help in finding employment, and resolving life's difficulties.</w:t>
      </w:r>
    </w:p>
    <w:p>
      <w:pPr>
        <w:pStyle w:val="Heading2"/>
      </w:pPr>
      <w:r>
        <w:t>1. Prayer to Saint Joseph for the Family</w:t>
      </w:r>
    </w:p>
    <w:p>
      <w:r>
        <w:t>"O Saint Joseph, guardian of families and protector of purity! To you God entrusted His Only Begotten Son and His Most Pure Mother. We beg you: take our family under your powerful protection. Obtain for us from the Lord the grace of mutual love, peace, harmony, and deep respect for one another. Guard our children from the temptations of this world, strengthen the faith of parents, and grant us all the strength to live according to God's commandments, that we may be deemed worthy of eternal joy in the Kingdom of Heaven. Amen."</w:t>
      </w:r>
    </w:p>
    <w:p>
      <w:pPr>
        <w:pStyle w:val="Heading2"/>
      </w:pPr>
      <w:r>
        <w:t>2. Prayer to Saint Joseph for Work</w:t>
      </w:r>
    </w:p>
    <w:p>
      <w:r>
        <w:t>"Saint Joseph, you earned your bread with honest labor for Jesus and Mary in the workshop of Nazareth. You know the weight of hard work and the worry of daily bread. Look upon my need and help me find honest and worthy employment, which will allow me to support myself and my family, benefiting society. Bless my efforts, strengthen my hands, and grant me patience in times of difficulty. May my labor be for the glory of God and the salvation of my soul. Amen."</w:t>
      </w:r>
    </w:p>
    <w:p>
      <w:pPr>
        <w:pStyle w:val="Heading2"/>
      </w:pPr>
      <w:r>
        <w:t>3. Litany to Saint Joseph (Shortened Canonical)</w:t>
      </w:r>
    </w:p>
    <w:p>
      <w:r>
        <w:t>"Lord, have mercy! Christ, have mercy! Lord, have mercy!</w:t>
        <w:br/>
        <w:t>Holy Mary, pray for us.</w:t>
        <w:br/>
        <w:t>Saint Joseph, pray for us.</w:t>
        <w:br/>
        <w:t>Noble scion of David, pray for us.</w:t>
        <w:br/>
        <w:t>Light of Patriarchs, pray for us.</w:t>
        <w:br/>
        <w:t>Spouse of the Mother of God, pray for us.</w:t>
        <w:br/>
        <w:t>Guardian of the Redeemer, pray for us.</w:t>
        <w:br/>
        <w:t>Joseph most just, pray for us.</w:t>
        <w:br/>
        <w:t>Joseph most courageous, pray for us.</w:t>
        <w:br/>
        <w:t>Joseph most obedient, pray for us.</w:t>
        <w:br/>
        <w:t>Pillar of families, pray for us.</w:t>
        <w:br/>
        <w:t>Solace of the wretched, pray for us.</w:t>
        <w:br/>
        <w:t>Hope of the sick, pray for us.</w:t>
        <w:br/>
        <w:t>Patron of the dying, pray for us.</w:t>
        <w:br/>
        <w:t>Lamb of God, who takest away the sins of the world, spare us, O Lord.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