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НАЙСИЛЬНІШІ МОЛИТВИ ЗА ЗДОРОВ'Я ТА ЗЦІЛЕННЯ ХВОРИХ</w:t>
      </w:r>
    </w:p>
    <w:p>
      <w:r>
        <w:t>Молитва за здоров'я та зцілення недужих — це щире прохання про Божу милість і відновлення тілесних та душевних сил. Господь є головним Лікарем наших душ і тіл, і до Нього ми звертаємося у хворобах та немочах.</w:t>
      </w:r>
    </w:p>
    <w:p>
      <w:pPr>
        <w:pStyle w:val="Heading2"/>
      </w:pPr>
      <w:r>
        <w:t>1. Молитва за здоров'я хворого (раба Божого)</w:t>
      </w:r>
    </w:p>
    <w:p>
      <w:r>
        <w:t>«О, Всемилосердний Господи, Ісусе Христе, Спасителю і Лікарю наш! Зглянься оком милості Своєї на раба Твого (ім'я), що перебуває у хворобі та немочі. Прости йому всі провини вільні й невільні, бо Ти знаєш неміч нашу. Пошли йому Свою цілющу благодать з висоти небесної Своєї, торкнися його тіла, погаси гарячку, вгамуй біль і підніми з постелі хвороби цілим і здоровим, щоб він у житті своєму дякував Тобі та прославляв всесвяте ім'я Твоє. Амінь.»</w:t>
      </w:r>
    </w:p>
    <w:p>
      <w:pPr>
        <w:pStyle w:val="Heading2"/>
      </w:pPr>
      <w:r>
        <w:t>2. Молитва матері про одужання хворої дитини</w:t>
      </w:r>
    </w:p>
    <w:p>
      <w:r>
        <w:t>«О, Пресвята Діво Богородице, Мати Спасителя нашого! Зі сльозами благаю Тебе про одужання моєї дитини (ім'я). Ти, що пізнала біль матері перед хрестом Сина Свого, зглянься над моїми сльозами. Пошли Своє милосердя, торкнися хворої дитини моєї, підніми її з постелі хвороби, зціли недуги її і даруй їй багато років щасливого та здорового життя. Амінь.»</w:t>
      </w:r>
    </w:p>
    <w:p>
      <w:pPr>
        <w:pStyle w:val="Heading2"/>
      </w:pPr>
      <w:r>
        <w:t>3. Подячна молитва за зцілення від недуги</w:t>
      </w:r>
    </w:p>
    <w:p>
      <w:r>
        <w:t>«Дякую Тобі, Господи Боже мій, Лікарю душ і тілес моїх, за Твою велику милість і за зцілення від моєї хвороби. Ти почув моє благання, утихомирив біль мій і повернув мені сили життя. Обіцяю славити Твоє Святе ім'я, жити за заповідями Твоїми і чинити діла милосердя. Благословен єси на віки віків. Амінь.»</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