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STRONGEST PRAYERS FOR HEALING AND HEALTH</w:t>
      </w:r>
    </w:p>
    <w:p>
      <w:r>
        <w:t>Prayer for the health and healing of the sick is an earnest petition for God's mercy and the restoration of physical and spiritual strength. The Lord is the primary Physician of our souls and bodies, and to Him we turn in times of illness.</w:t>
      </w:r>
    </w:p>
    <w:p>
      <w:pPr>
        <w:pStyle w:val="Heading2"/>
      </w:pPr>
      <w:r>
        <w:t>1. Prayer for the Health of a Sick Person</w:t>
      </w:r>
    </w:p>
    <w:p>
      <w:r>
        <w:t>"O Lord Jesus Christ, our Savior and Physician! Look down with mercy upon Your servant (name) who is suffering from illness. Forgive them all their sins, voluntary and involuntary, for You know our weakness. Send down Your healing grace from heaven, touch their body, quench the fever, soothe the pain, and raise them up from the bed of sickness whole and healthy, that they may glorify Your All-Holy Name. Amen."</w:t>
      </w:r>
    </w:p>
    <w:p>
      <w:pPr>
        <w:pStyle w:val="Heading2"/>
      </w:pPr>
      <w:r>
        <w:t>2. Mother's Prayer for the Recovery of a Sick Child</w:t>
      </w:r>
    </w:p>
    <w:p>
      <w:r>
        <w:t>"O Most Holy Virgin Theotokos, Mother of our Savior! With tears I beg You for the recovery of my child (name). You, who knew the pain of a mother before the cross of Your Son, look upon my tears. Send Your mercy, touch my sick child, raise them from the bed of illness, heal their sickness, and grant them many years of a happy and healthy life. Amen."</w:t>
      </w:r>
    </w:p>
    <w:p>
      <w:pPr>
        <w:pStyle w:val="Heading2"/>
      </w:pPr>
      <w:r>
        <w:t>3. Thanksgiving Prayer for Healing and Recovery</w:t>
      </w:r>
    </w:p>
    <w:p>
      <w:r>
        <w:t>"I thank You, O Lord my God, Physician of my soul and body, for Your great mercy and for healing me from my illness. You heard my plea, soothed my pain, and restored my life. I promise to glorify Your Holy Name, live according to Your commandments, and perform acts of mercy. Blessed art You forever.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