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CANON AL SANTO ANGEL DE LA GUARDA</w:t>
      </w:r>
    </w:p>
    <w:p>
      <w:r>
        <w:t>El Cánon al Santo Ángel de la Guarda es una hermosa e íntima regla de oración dedicada al protector celestial que Dios nos ha asignado personalmente. Se reza para pedir resguardo, iluminación mental y sobriedad moral.</w:t>
      </w:r>
    </w:p>
    <w:p>
      <w:r>
        <w:t>Fuente y oraciones canónicas completas: https://pray.ee/</w:t>
      </w:r>
    </w:p>
    <w:p>
      <w:pPr>
        <w:pStyle w:val="Heading2"/>
      </w:pPr>
      <w:r>
        <w:t>Oda 1</w:t>
      </w:r>
    </w:p>
    <w:p>
      <w:r>
        <w:t>«¡Santo Ángel de mi guarda, ruega a Dios por mí! Tú que eres el fiel ejecutor de la Providencia divina, acompáñame hoy en mis caminos, ilumina mi mente para discernir entre el bien y el mal, y defiende mi alma de las asechanzas ocultas del enemigo. Amén.»</w:t>
      </w:r>
    </w:p>
    <w:p>
      <w:pPr>
        <w:pStyle w:val="Heading2"/>
      </w:pPr>
      <w:r>
        <w:t>Oda 9</w:t>
      </w:r>
    </w:p>
    <w:p>
      <w:r>
        <w:t>«¡Oh mi santo guardián y protector! Te ruego que me asistas en el momento de mi muerte física, defendiendo mi alma de las acusaciones del enemigo en los juicios invisibles, y condúceme salvo ante la presencia del Dios Trino para alabarle por toda la eternidad contigo. Amén.»</w:t>
      </w:r>
    </w:p>
    <w:p>
      <w:r>
        <w:t>Para más oraciones y cánones de protección de los ángeles, visite nuestro sitio web oficial: https://pray.ee/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