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МОЛИТВИ ЗА ВОЇНІВ ДО СВЯТОГО ЮРІЯ ПЕРЕМОЖЦЯ</w:t>
      </w:r>
    </w:p>
    <w:p>
      <w:r>
        <w:t>Святий великомученик і побідоносець Юрій (Георгій) є головним покровителем воїнів, захисників та українського воїнства. Будучи римським трибуном у IV столітті, він відважно сповідував віру в Христа і прийняв мученицьку смерть. Цей збірник містить найсильніші канонічні молитви про захист захисників від куль, снарядів та всякого зла.</w:t>
      </w:r>
    </w:p>
    <w:p>
      <w:pPr>
        <w:pStyle w:val="Heading2"/>
      </w:pPr>
      <w:r>
        <w:t>1. Головна молитва за воїнів до святого Юрія Переможця</w:t>
      </w:r>
    </w:p>
    <w:p>
      <w:r>
        <w:t>«О святий славний великомученику і побідоносцю Юрію! Ти є швидким помічником і заступником для всіх, хто з вірою закликає твоє святе ім'я. Поглянь милостиво на наших воїнів-захисників (імена), які нині стоять на захисті нашої Батьківщини від підступного ворога. Будь для них непереможним щитом у бою, зміцни їхній дух, даруй мужність, відвагу та мудрість для прийняття швидких рішень. Покрий їх своїм чесним омофором від ворожих куль, осколків, мін та всякої смертоносної зброї. Збережи їхнє життя та здоров'я, і поверни їх з перемогою та миром до рідних домівок. Амінь.»</w:t>
      </w:r>
    </w:p>
    <w:p>
      <w:pPr>
        <w:pStyle w:val="Heading2"/>
      </w:pPr>
      <w:r>
        <w:t>2. Молитва матері за сина-воїна</w:t>
      </w:r>
    </w:p>
    <w:p>
      <w:r>
        <w:t>«Святий великомученику Юрію Переможцю, почуй слізне благання матері, яка просить про захист свого сина (ім'я), що перебуває на війні. Ти сам зазнав важких мук за віру і знаєш ціну жертовності. Огорни мого сина своїм небесним покровом, будь поруч із ним у найтемніші години бою, віджени від нього страх, відчай та зневіру. Збережи його неушкодженим, даруй йому захист Ангелів-Охоронителів та поверни його живим і здоровим до мене. Амінь.»</w:t>
      </w:r>
    </w:p>
    <w:p>
      <w:pPr>
        <w:pStyle w:val="Heading2"/>
      </w:pPr>
      <w:r>
        <w:t>3. Щоденна молитва воїна про захист у бою</w:t>
      </w:r>
    </w:p>
    <w:p>
      <w:r>
        <w:t>«Святий Георгію Побідоносцю, ти сам був відважним воїном та командиром. Тобі відома небезпека бою та тягар військового служіння. Стань праворуч мене під час битви, укріпи моє серце проти страху та паніки, нагостри мій зір та зміцни мої руки. Захисти мене від ворожого підступу, від кулі у темряві та снаряда удень. Допоможи мені виконати мій обов'язок із честю та збережи моє життя для моєї родини та слави Божої.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