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ORACIONES DE PROTECCION AL SAN JORGE</w:t>
      </w:r>
    </w:p>
    <w:p>
      <w:r>
        <w:t>Este folleto contiene las oraciones de protección más poderosas y canónicas para pedir la intercesión de San Jorge el Victorioso (el gran mártir y guerrero de Dios) para defender a nuestros soldados y familiares en el frente de batalla, de enemigos visibles e invisibles, balas y todo mal.</w:t>
      </w:r>
    </w:p>
    <w:p>
      <w:r>
        <w:t>Fuente y oraciones canónicas completas: https://pray.ee/</w:t>
      </w:r>
    </w:p>
    <w:p>
      <w:pPr>
        <w:pStyle w:val="Heading2"/>
      </w:pPr>
      <w:r>
        <w:t>1. Oración canónica a San Jorge de protección para los soldados</w:t>
      </w:r>
    </w:p>
    <w:p>
      <w:r>
        <w:t>«¡Oh santo, glorioso y victorioso gran mártir Jorge! Tú que eres un defensor rápido y protector de todos los que invocan tu santo nombre con fe. Mira con misericordia a nuestros defensores militares (nombres), que ahora defienden nuestra patria de la agresión injusta. Sé su escudo invencible en la batalla, dales fortaleza, valentía y sabiduría. Cúbrelos con tu protección honorable contra las balas enemigas, metralla, minas y toda arma de fuego. Salva sus vidas y salud, y devuélvelos con victoria y paz a sus hogares. Amén.»</w:t>
      </w:r>
    </w:p>
    <w:p>
      <w:pPr>
        <w:pStyle w:val="Heading2"/>
      </w:pPr>
      <w:r>
        <w:t>2. Oración de una madre por su hijo militar a San Jorge</w:t>
      </w:r>
    </w:p>
    <w:p>
      <w:r>
        <w:t>«¡Oh gran mártir San Jorge el Victorioso! Escucha el ruego lloroso de una madre que pide protección para su hijo (nombre), que se encuentra en peligro de combate. Tú mismo sufriste torturas por la fe y conoces el valor del sacrificio. Rodea a mi hijo con tu manto de luz celestial, acompáñalo en las trincheras, aleja de él todo miedo y desesperación, y devuélvelo salvo, sano y vencedor a mí. Amén.»</w:t>
      </w:r>
    </w:p>
    <w:p>
      <w:pPr>
        <w:pStyle w:val="Heading2"/>
      </w:pPr>
      <w:r>
        <w:t>3. Oración diaria de protección del soldado</w:t>
      </w:r>
    </w:p>
    <w:p>
      <w:r>
        <w:t>«San Jorge el Victorioso, tú mismo fuiste un valiente comandante y soldado romano. Conoces los peligros del combate y el peso del deber militar. Quédate a mi mano derecha durante el combate, fortalece mi corazón ante el miedo, agudiza mi vista y dale firmeza a mis manos. Defiéndeme del proyectil, de la bala y de toda trampa en la trinchera, y consérvame con vida para mi familia. Amén.»</w:t>
      </w:r>
    </w:p>
    <w:p>
      <w:r>
        <w:t>Encuentre más oraciones, salmos y guías de ascesis espiritual en nuestro sitio web oficial: https://pray.ee/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