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PRAYERS FOR SOLDIERS TO SAINT GEORGE THE VICTORY-BEARER</w:t>
      </w:r>
    </w:p>
    <w:p>
      <w:r>
        <w:t>Saint George the Victory-Bearer is the preeminent patron saint of soldiers, military defenders, and the armed forces. As a Roman military tribune of the 4th century, he courageously confessed his faith in Christ and accepted martyrdom. This booklet contains the strongest canonical prayers for the protection of defenders against bullets, shells, and all evil.</w:t>
      </w:r>
    </w:p>
    <w:p>
      <w:pPr>
        <w:pStyle w:val="Heading2"/>
      </w:pPr>
      <w:r>
        <w:t>1. Main Prayer for Soldiers to Saint George</w:t>
      </w:r>
    </w:p>
    <w:p>
      <w:r>
        <w:t>"O holy, glorious great martyr and victory-bearer George! You are a swift helper and intercessor for all who call upon your holy name with faith. Look down with mercy upon our military defenders (names), who now stand on guard of our homeland against the treacherous enemy. Be their invincible shield in battle, strengthen their spirit, grant them courage, bravery, and wisdom. Cover them with your honorable protection from enemy bullets, shrapnel, mines, and all deadly weapons. Save their lives and health, and return them with victory and peace to their homes. Amen."</w:t>
      </w:r>
    </w:p>
    <w:p>
      <w:pPr>
        <w:pStyle w:val="Heading2"/>
      </w:pPr>
      <w:r>
        <w:t>2. A Mother's Prayer for her Warrior Son to Saint George</w:t>
      </w:r>
    </w:p>
    <w:p>
      <w:r>
        <w:t>"Holy great martyr George the Victory-Bearer, hear the tearful plea of a mother pleading for the protection of her son (name), who is at war. You yourself endured heavy tortures for the faith and know the value of sacrifice. Envelop my son in your heavenly protection, stand beside him in the darkest hours of battle, drive away fear and despair, and return him alive and healthy to me. Amen."</w:t>
      </w:r>
    </w:p>
    <w:p>
      <w:pPr>
        <w:pStyle w:val="Heading2"/>
      </w:pPr>
      <w:r>
        <w:t>3. Daily Protection Prayer for a Soldier</w:t>
      </w:r>
    </w:p>
    <w:p>
      <w:r>
        <w:t>"Saint George the Victory-Bearer, you yourself were a brave soldier and commander. You know the dangers of battle and the weight of military service. Stand at my right hand during the fight, strengthen my heart against fear and panic, sharpen my sight, and strengthen my hands. Defend me from enemy deception, from bullets in the dark, and shells by day. Help me perform my duty with honor and preserve my life for my family and the glory of God.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