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МОЛИТВИ ДО СВЯТОГО АРХАНГЕЛА ГАВРИЇЛА</w:t>
      </w:r>
    </w:p>
    <w:p>
      <w:r>
        <w:t>Святий Архангел Гавриїл — небесний вісник Божих таємниць, покровитель радісних новин, дипломатів, журналістів, зв'язківців ЗСУ, а також майбутніх матерів та батьків, які моляться про дар дітонародження. Його ім'я означає «Сила Божа». Цей збірник містить найсильніші канонічні молитви про допомогу, захист та добрі новини.</w:t>
      </w:r>
    </w:p>
    <w:p>
      <w:pPr>
        <w:pStyle w:val="Heading2"/>
      </w:pPr>
      <w:r>
        <w:t>1. Головна молитва до Архангела Гавриїла про заступництво</w:t>
      </w:r>
    </w:p>
    <w:p>
      <w:r>
        <w:t>«О святий великий Архангеле Гавриїле, що стоїш перед Престолом Всевишнього і благовістив усьому світові спасіння! Ти приніс Пречистій Діві Марії радісну звістку про втілення Сина Божого. Благаємо тебе: будь нашим небесним заступником та вісником добрих новин у нашому житті. Випроси у милосердного Господа Бога прощення наших гріхів, зміцнення нашої віри та благословення для наших родин. Захисти нас від підступів ворожих, розвіює смуток та відчай у наших серцях, і направ наші кроки на шлях праведності та миру. Амінь.»</w:t>
      </w:r>
    </w:p>
    <w:p>
      <w:pPr>
        <w:pStyle w:val="Heading2"/>
      </w:pPr>
      <w:r>
        <w:t>2. Молитва за майбутніх матерів та про дар дітей</w:t>
      </w:r>
    </w:p>
    <w:p>
      <w:r>
        <w:t>«Святий Архангеле Гавриїле, ти благовістив Захарії народження Івана Предтечі та Пречистій Діві — втілення Спасителя. Ти є покровителем материнства та нового життя. Поглянь на наше щире прагнення і випроси у Бога дар благословенного дітонародження для нашої родини. Охороняй майбутніх матерів під час вагітності, даруй їм сили, здоров'я та легкі пологи, і збережи кожне нове життя під своїм небесним крилом. Амінь.»</w:t>
      </w:r>
    </w:p>
    <w:p>
      <w:pPr>
        <w:pStyle w:val="Heading2"/>
      </w:pPr>
      <w:r>
        <w:t>3. Молитва воїнів-зв'язківців ЗСУ до святого Гавриїла</w:t>
      </w:r>
    </w:p>
    <w:p>
      <w:r>
        <w:t>«Святий Архангеле Гавриїле, покровителю Божих вісників та небесного зв'язку! Тобі доручено передавати найважливіші звістки Всевишнього. Благаємо тебе: будь покровителем та захисником воїнів-зв'язківців ЗСУ, які забезпечують зв'язок на передовій лінії оборони. Оберігай їх під час виконання бойових завдань, захисти їхні життя від ворожих обстрілів та допоможи тримати безперебійний зв'язок, який рятує тисячі життів наших захисників. Нехай кожна їхня звістка наближає нашу перемогу та мир.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