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ORACIONES AL SAN GABRIEL ARCANGEL</w:t>
      </w:r>
    </w:p>
    <w:p>
      <w:r>
        <w:t>El Santo Arcángel Gabriel es el mensajero celestial de los misterios divinos, patrono de las buenas noticias, los diplomáticos, los periodistas, las fuerzas de comunicación, así como de las madres gestantes y los padres que oran por el don de los hijos. Su nombre significa 'Fuerza de Dios.' Este folleto contiene las oraciones canónicas más poderosas para pedir guía, protección y buenas noticias.</w:t>
      </w:r>
    </w:p>
    <w:p>
      <w:pPr>
        <w:pStyle w:val="Heading2"/>
      </w:pPr>
      <w:r>
        <w:t>1. Oración principal al Arcángel San Gabriel para pedir intercesión</w:t>
      </w:r>
    </w:p>
    <w:p>
      <w:r>
        <w:t>«¡Oh glorioso Arcángel San Gabriel, mensajero de los planes divinos y portador de la salvación al mundo! Tú que trajiste a la Virgen María la feliz noticia de la Encarnación del Hijo de Dios, te rogamos: sé nuestro intercesor celestial y portador de buenas noticias en nuestras vidas. Obtén de Dios el perdón de nuestros pecados, el fortalecimiento de nuestra fe y bendiciones para nuestras familias. Defiéndenos de las trampas del enemigo, disipa la tristeza de nuestros corazones y guía nuestros pasos por el camino de la paz. Amén.»</w:t>
      </w:r>
    </w:p>
    <w:p>
      <w:pPr>
        <w:pStyle w:val="Heading2"/>
      </w:pPr>
      <w:r>
        <w:t>2. Oración por las madres embarazadas y el don de la vida</w:t>
      </w:r>
    </w:p>
    <w:p>
      <w:r>
        <w:t>«San Gabriel Arcángel, tú que anunciaste el nacimiento de Juan el Bautista y la Encarnación del Señor. Tú eres el protector de la maternidad y de la vida nueva. Mira nuestro sincero deseo y obtén de Dios el don de un hijo para nuestra familia. Protege a las madres embarazadas durante la gestación, dales fuerza, salud y un parto seguro, y guarda cada nueva vida bajo tu ala celestial. Amén.»</w:t>
      </w:r>
    </w:p>
    <w:p>
      <w:pPr>
        <w:pStyle w:val="Heading2"/>
      </w:pPr>
      <w:r>
        <w:t>3. Oración de los operadores de telecomunicaciones y mensajeros</w:t>
      </w:r>
    </w:p>
    <w:p>
      <w:r>
        <w:t>«San Gabriel Arcángel, patrono de las comunicaciones celestiales y mensajeros divinos. Te rogamos que seas el protector de todos los operadores de comunicación que aseguran las conexiones vitales en tiempos de prueba. Protégelos durante sus misiones, defiende sus vidas y ayúdales a mantener comunicaciones ininterrumpidas que salven vidas humanas. Que cada mensaje que transmitan acerque la justicia y la paz. Amén.»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