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t>PRAYERS TO THE ARCHANGEL GABRIEL</w:t>
      </w:r>
    </w:p>
    <w:p>
      <w:r>
        <w:t>Saint Archangel Gabriel is the heavenly messenger of God's mysteries, patron of glad tidings, diplomats, journalists, communication forces, as well as expectant mothers and parents praying for the gift of children. His name means 'Strength of God.' This booklet contains the strongest canonical prayers for guidance, protection, and good news.</w:t>
      </w:r>
    </w:p>
    <w:p>
      <w:pPr>
        <w:pStyle w:val="Heading2"/>
      </w:pPr>
      <w:r>
        <w:t>1. Main Prayer to Archangel Gabriel for Intercession</w:t>
      </w:r>
    </w:p>
    <w:p>
      <w:r>
        <w:t>"O holy great Archangel Gabriel, who standest before the Throne of the Most High and didst announce salvation to the whole world! You brought the glad tidings of the Incarnation to the Virgin Mary. We beg you: be our heavenly protector and messenger of good news in our lives. Obtain from the merciful Lord God the forgiveness of our sins, the strengthening of our faith, and blessings for our families. Defend us from enemy traps, dispel sadness and despair from our hearts, and guide our steps on the path of righteousness and peace. Amen."</w:t>
      </w:r>
    </w:p>
    <w:p>
      <w:pPr>
        <w:pStyle w:val="Heading2"/>
      </w:pPr>
      <w:r>
        <w:t>2. Prayer for Expectant Mothers and the Gift of Children</w:t>
      </w:r>
    </w:p>
    <w:p>
      <w:r>
        <w:t>"Saint Archangel Gabriel, you announced to Zacharias the birth of John the Baptist and to the Virgin Mary the Incarnation of the Savior. You are the patron of motherhood and new life. Look upon our sincere desire and obtain from God the gift of children for our family. Protect expectant mothers during pregnancy, grant them strength, health, and safe delivery, and guard every new life under your heavenly wing. Amen."</w:t>
      </w:r>
    </w:p>
    <w:p>
      <w:pPr>
        <w:pStyle w:val="Heading2"/>
      </w:pPr>
      <w:r>
        <w:t>3. Prayer of Military Signalmen to Saint Gabriel</w:t>
      </w:r>
    </w:p>
    <w:p>
      <w:r>
        <w:t>"Saint Archangel Gabriel, patron of God's messengers and heavenly communications! You are entrusted with delivering the supreme messages of the Almighty. We beg you: be the patron and defender of military signalmen of the Armed Forces, who maintain vital communications on the front lines. Guard them during combat missions, protect their lives from enemy shelling, and help them maintain uninterrupted communications that save thousands of lives. May every message they deliver bring victory and peace closer. Amen."</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