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МОЛИТВИ ДО СВЯТОЇ ФАУСТИНИ КОВАЛЬСЬКОЇ</w:t>
      </w:r>
    </w:p>
    <w:p>
      <w:r>
        <w:t>Свята Марія Фаустина Ковальська — польська черниця, містичка та «апостол Божого Милосердя». Через її об'явлення Господь Ісус Христос нагадав усьому світові про Свою безмежну милосердну любов до грішників, дарувавши образ «Ісусе, довіряю Тобі» та Вервицю до Божого Милосердя. Цей збірник містить канонічні молитви до святої Фаустини про заступництво та її власні молитви покаяння.</w:t>
      </w:r>
    </w:p>
    <w:p>
      <w:pPr>
        <w:pStyle w:val="Heading2"/>
      </w:pPr>
      <w:r>
        <w:t>1. Молитва до святої Фаустини про заступництво</w:t>
      </w:r>
    </w:p>
    <w:p>
      <w:r>
        <w:t>«О свята Фаустино, ти зробила своє коротке життя безперестанним прославленням Божого Милосердя! Ти терпеливо несла хрест важкої хвороби, жертвуючи свої страждання за спасіння грішників. Благаємо тебе: будь нашою небесною заступницею перед Престолом Господнім. Випроси для нас у милосердного Ісуса благодать глибокої довіри до Його волі, силу прощати образу ближнім та непохитну віру у Його безмежну любов. Допоможи нам у хвилини випробувань щиро виголошувати: «Ісусе, довіряю Тобі!». Амінь.»</w:t>
      </w:r>
    </w:p>
    <w:p>
      <w:pPr>
        <w:pStyle w:val="Heading2"/>
      </w:pPr>
      <w:r>
        <w:t>2. Молитва святої Фаустини про Боже Милосердя</w:t>
      </w:r>
    </w:p>
    <w:p>
      <w:r>
        <w:t>«О Ісусе, Боже Милосердний, Спасителю мій! Твоє милосердя перевищує всі наші гріхи. Прийми мій щирий жаль, очисти мою душу і наповни її Твоїм святим миром. Бажаю, щоб моє серце стало джерелом любові та милосердя для кожного мого ближнього. Даруй мені очі, які бачать потреби інших; даруй мені вуха, які чують зітхання стражденних; даруй мені руки, які чесно допомагають у біді; даруй мені серце, яке вміє прощати та співпереживати. Нехай Твоє милосердя, Господи, перебуває зі мною завжди. Амінь.»</w:t>
      </w:r>
    </w:p>
    <w:p>
      <w:pPr>
        <w:pStyle w:val="Heading2"/>
      </w:pPr>
      <w:r>
        <w:t>3. Акт довіри до Божого Милосердя</w:t>
      </w:r>
    </w:p>
    <w:p>
      <w:r>
        <w:t>«О мій Ісусе, я повністю довіряю Тобі! Твоє милосердне Серце є моїм єдиним пристановищем та надією. Вручаю Тобі моє минуле, моє теперішнє та моє майбутнє. Прости мої гріхи, благослови мою родину, захисти нас від усякого зла і веди дорогою спасіння до Твого Небесного Царства.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