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ORACIONES A SANTA FAUSTINA KOWALSKA</w:t>
      </w:r>
    </w:p>
    <w:p>
      <w:r>
        <w:t>Santa María Faustina Kowalska es una religiosa, mística polaca y 'Apóstol de la Divina Misericordia.' A través de sus revelaciones, el Señor Jesús recordó al mundo Su infinito amor misericordioso hacia los pecadores, entregando la imagen 'Jesús, en Ti confío' y la Coronilla de la Divina Misericordia. Este folleto contiene las oraciones canónicas a Santa Faustina y sus propias oraciones de misericordia.</w:t>
      </w:r>
    </w:p>
    <w:p>
      <w:pPr>
        <w:pStyle w:val="Heading2"/>
      </w:pPr>
      <w:r>
        <w:t>1. Oración a Santa Faustina para pedir intercesión</w:t>
      </w:r>
    </w:p>
    <w:p>
      <w:r>
        <w:t>«¡Oh Santa Faustina, tú que transformaste tu corta vida en una glorificación continua de la Divina Misericordia! Llevaste con paciencia la cruz de tu enfermedad, ofreciendo tu sufrimiento por la salvación de los pecadores. Te rogamos: sé nuestra intercesora celestial ante el Trono del Señor. Obtén de Jesús misericordioso la gracia de una profunda confianza en Su voluntad, la fuerza para perdonar las ofensas y una fe inquebrantable en Su amor infinito. Ayúdanos en los momentos de prueba a exclamar con sinceridad: ¡Jesús, en Ti confío! Amén.»</w:t>
      </w:r>
    </w:p>
    <w:p>
      <w:pPr>
        <w:pStyle w:val="Heading2"/>
      </w:pPr>
      <w:r>
        <w:t>2. Oración de Santa Faustina por la Divina Misericordia</w:t>
      </w:r>
    </w:p>
    <w:p>
      <w:r>
        <w:t>«¡Oh Jesús, Dios misericordioso, mi Salvador! Tu misericordia supera todos nuestros pecados. Acepta mi sincero arrepentimiento, limpia mi alma y llénala de Tu paz santa. Deseo que mi corazón se convierta en fuente de amor y misericordia para con mi prójimo. Concédeme ojos que vean las necesidades ajenas; concédeme oídos que escuchen los suspiros de los que sufren; concédeme manos que ayuden en la dificultad; concédeme un corazón que sepa perdonar y compadecerse. Que Tu misericordia, Señor, permanezca conmigo siempre. Amén.»</w:t>
      </w:r>
    </w:p>
    <w:p>
      <w:pPr>
        <w:pStyle w:val="Heading2"/>
      </w:pPr>
      <w:r>
        <w:t>3. Acto de Confianza en la Divina Misericordia</w:t>
      </w:r>
    </w:p>
    <w:p>
      <w:r>
        <w:t>«¡Oh mi Jesús, en Ti confío completamente! Tu Corazón misericordioso es mi único refugio y esperanza. Te encomiendo mi pasado, mi presente y mi futuro. Perdona mis pecados, bendice a mi familia, protégenos de todo mal y guíanos por el camino de la salvación hacia Tu Reino Celestial. Amén.»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