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PRAYERS TO SAINT FAUSTINA KOWALSKA</w:t>
      </w:r>
    </w:p>
    <w:p>
      <w:r>
        <w:t>Saint Maria Faustina Kowalska is a Polish nun, mystic, and 'Apostle of Divine Mercy.' Through her revelations, the Lord Jesus Christ reminded the world of His infinite merciful love for sinners, granting the image 'Jesus, I trust in You' and the Chaplet of Divine Mercy. This collection contains canonical prayers to Saint Faustina and her own prayers of mercy.</w:t>
      </w:r>
    </w:p>
    <w:p>
      <w:pPr>
        <w:pStyle w:val="Heading2"/>
      </w:pPr>
      <w:r>
        <w:t>1. Prayer to Saint Faustina for Intercession</w:t>
      </w:r>
    </w:p>
    <w:p>
      <w:r>
        <w:t>"O Saint Faustina, you transformed your short life into a continuous glorification of Divine Mercy! You patiently carried the cross of severe illness, offering your suffering for the salvation of sinners. We beg you: be our heavenly intercessor before the Throne of the Lord. Obtain for us from the merciful Jesus the grace of deep trust in His will, the strength to forgive offenses, and unshakable faith in His infinite love. Help us in times of trials to sincerely cry: 'Jesus, I trust in You!'. Amen."</w:t>
      </w:r>
    </w:p>
    <w:p>
      <w:pPr>
        <w:pStyle w:val="Heading2"/>
      </w:pPr>
      <w:r>
        <w:t>2. Saint Faustina's Prayer for Divine Mercy</w:t>
      </w:r>
    </w:p>
    <w:p>
      <w:r>
        <w:t>"O Jesus, merciful God, my Savior! Your mercy transcends all our sins. Accept my sincere repentance, cleanse my soul, and fill it with Your holy peace. I desire that my heart may become a well-spring of love and mercy for my neighbors. Grant me eyes that see others' needs; grant me ears that hear the sighs of the suffering; grant me hands that honestly help in trouble; grant me a heart that knows how to forgive and co-suffer. May Your mercy, Lord, abide with me always. Amen."</w:t>
      </w:r>
    </w:p>
    <w:p>
      <w:pPr>
        <w:pStyle w:val="Heading2"/>
      </w:pPr>
      <w:r>
        <w:t>3. Act of Trust in Divine Mercy</w:t>
      </w:r>
    </w:p>
    <w:p>
      <w:r>
        <w:t>"O my Jesus, I trust in You completely! Your merciful Heart is my sole refuge and hope. I entrust to You my past, my present, and my future. Forgive my sins, bless my family, protect us from all evil, and guide us on the path of salvation to Thy Heavenly Kingdom.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