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МОЛИТВИ ДО СВЯТОГО ЕКСПЕДИТА</w:t>
      </w:r>
    </w:p>
    <w:p>
      <w:r>
        <w:t>Святий Експедитор (Експедицій) є покровителем невідкладних справ, швидких рішень, фінансових труднощів та студентів. Будучи римським центуріоном, він миттєво відкинув підступні заклики диявола відкласти віру на завтра, обравши Христа «Сьогодні». Цей буклет містить найсильніші молитви про негайну допомогу в бідах.</w:t>
      </w:r>
    </w:p>
    <w:p>
      <w:pPr>
        <w:spacing w:before="240" w:after="120"/>
      </w:pPr>
      <w:r>
        <w:rPr>
          <w:b/>
          <w:color w:val="16A085"/>
          <w:sz w:val="26"/>
        </w:rPr>
        <w:t>1. Молитва до святого Експедита у невідкладних потребах</w:t>
      </w:r>
    </w:p>
    <w:p>
      <w:pPr>
        <w:ind w:left="360"/>
      </w:pPr>
      <w:r>
        <w:rPr>
          <w:i/>
          <w:color w:val="7F8C8D"/>
        </w:rPr>
        <w:t>«Святий Експедите, мужній воїне Христовий та покровителю невідкладних і справедливих справ! Прийди на допомогу мені в цю хвилину смутку та відчаю. Ти, що діяв без зволікань, обравши сьогоднішній день замість завтрашнього, почуй моє благання перед Господом. Випроси швидку допомогу в моїй невідкладній нужді (вказати потребу). Даруй мені силу, мужність та внутрішній спокій, і збережи мою віру міцною у випробуваннях. Амінь.»</w:t>
      </w:r>
    </w:p>
    <w:p>
      <w:pPr>
        <w:spacing w:before="240" w:after="120"/>
      </w:pPr>
      <w:r>
        <w:rPr>
          <w:b/>
          <w:color w:val="16A085"/>
          <w:sz w:val="26"/>
        </w:rPr>
        <w:t>2. Молитва у фінансовій скруті та для вирішення проблем</w:t>
      </w:r>
    </w:p>
    <w:p>
      <w:pPr>
        <w:ind w:left="360"/>
      </w:pPr>
      <w:r>
        <w:rPr>
          <w:i/>
          <w:color w:val="7F8C8D"/>
        </w:rPr>
        <w:t>«О славний мученику Експедите! Ти знаєш цінність часу і не відкладаєш допомогу тим, хто в біді. Звертаюся до тебе у часи моєї фінансової скрути та боргів. Будь моїм світлом і провідником перед Богом, допоможи знайти швидке і чесне вирішення моїх матеріальних проблем та забезпечити гідне життя моєї родини. Амінь.»</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