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C3E50"/>
          <w:sz w:val="32"/>
        </w:rPr>
        <w:t>ORACIONES AL PODEROSO SAN EXPEDITO</w:t>
      </w:r>
    </w:p>
    <w:p>
      <w:r>
        <w:t>San Expedito es el patrono celestial de las causas justas y urgentes, de las soluciones rápidas, los problemas económicos y los estudiantes. Como comandante romano, eligió firmemente convertirse 'Hoy' y rechazó aplazar su fe para 'Mañana.' Este folleto reúne sus plegarias más milagrosas.</w:t>
      </w:r>
    </w:p>
    <w:p>
      <w:pPr>
        <w:spacing w:before="240" w:after="120"/>
      </w:pPr>
      <w:r>
        <w:rPr>
          <w:b/>
          <w:color w:val="16A085"/>
          <w:sz w:val="26"/>
        </w:rPr>
        <w:t>1. Oración a San Expedito de las causas justas y urgentes</w:t>
      </w:r>
    </w:p>
    <w:p>
      <w:pPr>
        <w:ind w:left="360"/>
      </w:pPr>
      <w:r>
        <w:rPr>
          <w:i/>
          <w:color w:val="7F8C8D"/>
        </w:rPr>
        <w:t>«Mi San Expedito de las causas justas y urgentes, intercede por mí junto a Nuestro Señor Jesucristo, para que venga en mi socorro en esta hora de aflicción y desesperanza. Mi San Expedito tú que eres el Santo guerrero, el Santo de los afligidos, el Santo de las causas urgentes: protégeme, ayúdame, otorgándome fuerza, coraje, serenidad y atiende mi pedido con urgencia (mencione su necesidad). Amén.»</w:t>
      </w:r>
    </w:p>
    <w:p>
      <w:pPr>
        <w:spacing w:before="240" w:after="120"/>
      </w:pPr>
      <w:r>
        <w:rPr>
          <w:b/>
          <w:color w:val="16A085"/>
          <w:sz w:val="26"/>
        </w:rPr>
        <w:t>2. Oración a San Expedito para urgentes necesidades económicas</w:t>
      </w:r>
    </w:p>
    <w:p>
      <w:pPr>
        <w:ind w:left="360"/>
      </w:pPr>
      <w:r>
        <w:rPr>
          <w:i/>
          <w:color w:val="7F8C8D"/>
        </w:rPr>
        <w:t>«Soberano San Expedito, protector nuestro que gozas del Paraíso eterno, hoy me arrodillo ante ti para pedir tu asistencia en mis graves necesidades financieras. Socórreme para solventar mis deudas, alejar la ruina de mi hogar y abrir las puertas de la prosperidad honesta, alabando siempre el Name de Dios. Amén.»</w:t>
      </w:r>
    </w:p>
    <w:p>
      <w:pPr>
        <w:spacing w:before="300"/>
      </w:pPr>
    </w:p>
    <w:p>
      <w:pPr>
        <w:jc w:val="center"/>
      </w:pPr>
      <w:r>
        <w:t xml:space="preserve">Descargado de / Downloaded from </w:t>
      </w:r>
      <w:hyperlink r:id="rId9">
        <w:r>
          <w:rPr>
            <w:color w:val="0056B3"/>
          </w:rPr>
          <w:t>https://pray.ee/</w:t>
        </w:r>
      </w:hyperlink>
    </w:p>
    <w:sectPr w:rsidR="00FC693F" w:rsidRPr="0006063C" w:rsidSect="00034616">
      <w:pgSz w:w="12240" w:h="15840"/>
      <w:pgMar w:top="800" w:right="800" w:bottom="800" w:left="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