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PRAYERS TO SAINT EXPEDITUS</w:t>
      </w:r>
    </w:p>
    <w:p>
      <w:r>
        <w:t>Saint Expeditus is the patron saint of urgent causes, quick solutions, money problems, and students facing exams. As a Roman centurion, he decisively chose to follow Christ 'Today' rather than delaying until 'Tomorrow.' This booklet contains the most powerful prayers for swift intercession in time of need.</w:t>
      </w:r>
    </w:p>
    <w:p>
      <w:pPr>
        <w:spacing w:before="240" w:after="120"/>
      </w:pPr>
      <w:r>
        <w:rPr>
          <w:b/>
          <w:color w:val="16A085"/>
          <w:sz w:val="26"/>
        </w:rPr>
        <w:t>1. Powerful Saint Expedite Prayer for Urgent Help</w:t>
      </w:r>
    </w:p>
    <w:p>
      <w:pPr>
        <w:ind w:left="360"/>
      </w:pPr>
      <w:r>
        <w:rPr>
          <w:i/>
          <w:color w:val="7F8C8D"/>
        </w:rPr>
        <w:t>"My Saint Expedite of urgent and just causes, please intercede for me with our Lord Jesus Christ. Succor me in this hour of affliction and despair, my Saint Expedite. You, who are a holy warrior, the saint of the afflicted, the saint of the desperate, and the patron of urgent causes: protect me, help me, and grant me strength, courage, and serenity. Hear my urgent plea (mention your request). Amen."</w:t>
      </w:r>
    </w:p>
    <w:p>
      <w:pPr>
        <w:spacing w:before="240" w:after="120"/>
      </w:pPr>
      <w:r>
        <w:rPr>
          <w:b/>
          <w:color w:val="16A085"/>
          <w:sz w:val="26"/>
        </w:rPr>
        <w:t>2. Saint Expedite Prayer for Money and Provisional Need</w:t>
      </w:r>
    </w:p>
    <w:p>
      <w:pPr>
        <w:ind w:left="360"/>
      </w:pPr>
      <w:r>
        <w:rPr>
          <w:i/>
          <w:color w:val="7F8C8D"/>
        </w:rPr>
        <w:t>"Saint Expedite, you who never postpone what must be done, I call upon you in this moment of urgent financial need. Assist me in obtaining the resources to settle my debts, protect my family from poverty, and live in peace and abundance to the glory of God. Amen."</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