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МОЛИТВА СВЯЩЕННОМУЧЕНИКА КИПРІЯНА ВІД ЧАРІВ, ВРОКІВ ТА ПІДСТУПІВ ЛУКАВОГО</w:t>
      </w:r>
    </w:p>
    <w:p>
      <w:r>
        <w:t>Священномученик Кипріян (у минулому — могутній язичницький волхв та чорнокнижник) після свого навернення до Христа отримав особливу благодать руйнувати будь-яке чаклунство, пристріт, порчу, злі чари та проганяти духів злоби піднебесної. Нижче зібрані канонічні молитви про захист.</w:t>
      </w:r>
    </w:p>
    <w:p>
      <w:pPr>
        <w:pStyle w:val="Heading2"/>
      </w:pPr>
      <w:r>
        <w:t>1. Канонічна молитва священномученика Кипріяна (Повний текст)</w:t>
      </w:r>
    </w:p>
    <w:p>
      <w:r>
        <w:t>«Господи Боже Сильний і Святий, Царю над царями, почуй нині молитву раба Твого, Кипріяна. Тобі підкоряються незліченні тисячі Ангелів і Архангелів та інших небесних сил. Ти знаєш таємниці серця слуги Твого (ім'я), явись йому, Господи, як в оковах Павлові й у вогні Теклі. Прошу Тебе, Господи Боже мій, усіх царів й усіх лукавих бісів, які людину схиляють до гріха, чинячи гріх з нею, Ти силою Своєю не дозволь їм цього робити! Поклади Твою руку, повну благодаті Твоєї, на слугу Твого (ім'я) і захисти його від усяких злих підступів ворожих. Благослови, Господи, дім цей, що в ньому проказують цю молитву, і кожного, хто молиться нею. Заради Твого Святого імені, нехай згине усякий диявольський умисел проти людини: в морських потворах чи в комахах, у тваринах чи в птахах, у зорях чи в місяці, в хижих звірях чи в плазунах, на папері чи в чорнилі, в усьому нехай зникне! Зруйнуй сіті, що їх насилає ворог душі людської. Зціли мене духовно й тілесно, наповни вірою, миром і тишею. Хай меч ангельський стане навколо мого дому, хай тінь зла розвіється світлом Христовим. Амінь.»</w:t>
      </w:r>
    </w:p>
    <w:p>
      <w:pPr>
        <w:pStyle w:val="Heading2"/>
      </w:pPr>
      <w:r>
        <w:t>2. Коротка щоденна охоронна молитва до святого Кипріяна</w:t>
      </w:r>
    </w:p>
    <w:p>
      <w:r>
        <w:t>«Святий священномученику Кипріяне, хоробрий воїне Христовий, будь моїм захистом! Відверни від мене зло, пристріт, страх і злі задуми людей. Постав навколо мене та моєї родини духовну стіну твоїх святих молитов, і від усіх бід охорони нас, що прославляємо твою пам'ять.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