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PRAYER OF HIEROMARTYR CYPRIAN AGAINST SORCERY AND EVIL INFLUENCE</w:t>
      </w:r>
    </w:p>
    <w:p>
      <w:r>
        <w:t>Hieromartyr Cyprian (formerly a powerful pagan magician and sorcerer) after his conversion to Christ received special grace to destroy all witchcraft, evil eye, sorcery, spells, and to expel the spirits of malice. Below are the canonical prayers of protection.</w:t>
      </w:r>
    </w:p>
    <w:p>
      <w:pPr>
        <w:pStyle w:val="Heading2"/>
      </w:pPr>
      <w:r>
        <w:t>1. Canonical Prayer of Hieromartyr Cyprian (Complete Text)</w:t>
      </w:r>
    </w:p>
    <w:p>
      <w:r>
        <w:t>"O Lord God, Strong and Holy, King of kings, hear now the prayer of Your servant, Cyprian. Countless thousands of Angels and Archangels obey You; You know the secrets of the heart of Your servant (name). Manifest Yourself, O Lord, to him as You did to Paul in chains and to Thecla in the fire. I pray You, my Lord and God, forbid all the ungodly demons who incline man to sin from acting against Your servant! Place Your hand, full of Your grace, upon Your servant (name) and protect him from all evil designs of the enemy. Bless, O Lord, this house where this prayer is recited, and everyone who honors my memory. By Your Holy Name, let every devilish design against man perish: in sea monsters or insects, in animals or birds, in stars or the moon, in beasts or reptiles, on paper or in ink—let all vanish! Destroy the snares sent by the enemy of the human soul. Heal me spiritually and physically, fill me with faith, peace, and quiet. May the angelic sword stand around my home, and the shadow of evil disperse by the light of Christ. Amen."</w:t>
      </w:r>
    </w:p>
    <w:p>
      <w:pPr>
        <w:pStyle w:val="Heading2"/>
      </w:pPr>
      <w:r>
        <w:t>2. Short Daily Protective Prayer to Saint Cyprian</w:t>
      </w:r>
    </w:p>
    <w:p>
      <w:r>
        <w:t>"O holy Hieromartyr Cyprian, brave warrior of Christ, be my defense! Turn away from me evil, envy, fear, and malicious designs of men. Establish around me and my family the spiritual wall of your holy prayers, and protect us from all misfortunes, who glorify your memory.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