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ПРАВОСЛАВНЕ ПРАВИЛО ПІДГОТОВКИ ДО СПОВІДІ ТА СВЯТОГО ПРИЧАСТЯ</w:t>
      </w:r>
    </w:p>
    <w:p>
      <w:r>
        <w:t>Цей збірник містить головні канонічні молитви для підготовки до Таїнств Сповіді та Святого Причастя (Євхаристії), а також подячні молитви після причастя. Підготовка до Таїнств вимагає щирого покаяння, примирення з усіма та молитовної уваги.</w:t>
      </w:r>
    </w:p>
    <w:p>
      <w:pPr>
        <w:pStyle w:val="Heading2"/>
      </w:pPr>
      <w:r>
        <w:t>1. Молитва перед сповіддю (преподобного Симеона Нового Богослова)</w:t>
      </w:r>
    </w:p>
    <w:p>
      <w:r>
        <w:t>«Боже і Господи всіх! Ти маєш владу над усяким диханням і душею, Ти єдиний можеш зцілити мене. Вислухай благання мене, смиренного, і нехай Дух Твій Святий зійде на мене, даруючи мені щире покаяння та сокрушення серця. Дай мені, Господи, сльози покаяння, щоб я міг омити мої гріхи перед Тобою. Сподоби мене з щирим серцем і чистою совістю висповідати всі провини мої перед духовним отцем моїм, і отримати через нього Твоє божественне прощення та розрішення. Бо Ти благословен єси на віки віків. Амінь.»</w:t>
      </w:r>
    </w:p>
    <w:p>
      <w:pPr>
        <w:pStyle w:val="Heading2"/>
      </w:pPr>
      <w:r>
        <w:t>2. Молитва перед святим причастям (святителя Іоана Золотоустого)</w:t>
      </w:r>
    </w:p>
    <w:p>
      <w:r>
        <w:t>«Вірую, Господи, і визнаю, що Ти воістину Христос, Син Бога Живого, Який прийшов у світ грішників спасти, з яких перший (перша) — я. Вечері Твоєї таємної сьогодні, Сину Божий, мене причасником (причасницею) прийми; бо ворогам Твоїм таємниці не розповім і поцілунку не дам Тобі, як Юда, але, як розбійник, сповідаю Тебе: Пом’яни мене, Господи, у Царстві Твоїм. Нехай не на суд і не в осудження буде мені причастя святих Твоїх Таїн, Господи, але на зцілення душі і тіла. Амінь.»</w:t>
      </w:r>
    </w:p>
    <w:p>
      <w:pPr>
        <w:pStyle w:val="Heading2"/>
      </w:pPr>
      <w:r>
        <w:t>3. Подячна молитва після святого причастя</w:t>
      </w:r>
    </w:p>
    <w:p>
      <w:r>
        <w:t>«Дякую Тобі, Господи Боже мій, що Ти не відкинув мене, грішного (грішну), а сподобив бути причасником (причасницею) святих Твоїх Таїн. Дякую Тобі, що Ти мене, недостойного (недостойну), причастив Своїх пречистих і небесних дарів. Владико Людинолюбче, що задля нас помер і воскрес, збережи мене під покровом Твоїм від усякого зла. Нехай це причастя Твоє буде мені на зцілення душі й тіла, на відгнання всякого супротивника, на просвітлення очей серця мого та на утвердження у вірі й любові Твоїй. Амінь.»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