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PREPARACION PARA LA CONFESION Y SAGRADA COMUNION</w:t>
      </w:r>
    </w:p>
    <w:p>
      <w:r>
        <w:t>Este folleto contiene las oraciones canónicas más sagradas para prepararse espiritualmente antes de recibir los Santos Sacramentos de la Confesión (Penitencia) y la Sagrada Eucaristía (Comunión), así como oraciones de acción de gracias para después de comulgar y el Acto de Comunión Espiritual.</w:t>
      </w:r>
    </w:p>
    <w:p>
      <w:r>
        <w:t>Fuente y oraciones completas en el sitio oficial: https://pray.ee/</w:t>
      </w:r>
    </w:p>
    <w:p>
      <w:pPr>
        <w:pStyle w:val="Heading2"/>
      </w:pPr>
      <w:r>
        <w:t>1. Oraciones antes de recibir la Sagrada Comunión</w:t>
      </w:r>
    </w:p>
    <w:p>
      <w:r>
        <w:t>«Señor Jesucristo, mi Dios, sé que no soy digno de que entres bajo el techo de mi alma, porque está completamente desierta y en ruinas, y no tienes en mí un lugar digno para reclinar Tu cabeza. Pero así como te humillaste desde lo alto por nosotros, humíllate ahora en mi bajeza. Y así como aceptaste recostarte en una cueva y en un pesebre de animales mudos, acepta ahora entrar en el pesebre de mi alma insensata y en mi cuerpo zafado. Santifica mi mente, mi corazón y mis sentimientos, y concédeme recibir Tu Precioso Cuerpo y Sangre no para condenación o juicio, sino para la curación de mi alma y cuerpo, y para la herencia de Tu Reino eterno. Amén.»</w:t>
      </w:r>
    </w:p>
    <w:p>
      <w:pPr>
        <w:pStyle w:val="Heading2"/>
      </w:pPr>
      <w:r>
        <w:t>2. Oraciones de acción de gracias para después de comulgar</w:t>
      </w:r>
    </w:p>
    <w:p>
      <w:r>
        <w:t>«Te doy gracias, Señor Dios mío, porque no me has rechazado a mí, pecador, sino que me has hecho partícipe de Tus Santos Sacramentos. Te doy gracias porque me has concedido comulgar con Tus Preciosos y Celestiales Dones. Oh soberano y amante de los hombres, que por nosotros moriste y resucitaste, y nos diste estos temibles y vivificantes Misterios para el beneficio y santificación de nuestras almas y cuerpos: concede que ellos sean también para mí la curación de mi alma y cuerpo, el alejamiento de todo enemigo invisible, la iluminación de los ojos de mi corazón, la paz de mis facultades espirituales, la fe inquebrantable, el amor sincero, la sabiduría y la guardia de Tus mandamientos. Amén.»</w:t>
      </w:r>
    </w:p>
    <w:p>
      <w:pPr>
        <w:pStyle w:val="Heading2"/>
      </w:pPr>
      <w:r>
        <w:t>3. Acto de Comunión Espiritual (Para cuando no se puede comulgar físicamente)</w:t>
      </w:r>
    </w:p>
    <w:p>
      <w:r>
        <w:t>«Creo, Jesús mío, que estás real y verdaderamente presente en el Santísimo Sacramento del Altar. Te amo sobre todas las cosas y deseo fervientemente recibirte dentro de mi alma en este momento. Pero ya que no puedo hacerlo ahora de forma sacramental y física, ven al menos espiritualmente a mi corazón. Como si ya te hubiese recibido, te abrazo, me uno a Ti por completo y te ruego que nunca permitas que me separe de Tu amor. Amén.»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