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ORACIONES DE SANACIÓN A SAN CHARBEL</w:t>
      </w:r>
    </w:p>
    <w:p>
      <w:r>
        <w:t>San Charbel Makhlouf es un gran monje, ermitaño y taumaturgo libanés, cuyo cuerpo incorrupto y reliquias milagrosas han sido el canal de miles de sanaciones físicas y espirituales en todo el mundo. Este folleto reúne sus oraciones canónicas más hermosas de intercesión por la salud.</w:t>
      </w:r>
    </w:p>
    <w:p>
      <w:pPr>
        <w:spacing w:before="240" w:after="120"/>
      </w:pPr>
      <w:r>
        <w:rPr>
          <w:b/>
          <w:color w:val="16A085"/>
          <w:sz w:val="26"/>
        </w:rPr>
        <w:t>1. Oración milagrosa de sanación a San Charbel</w:t>
      </w:r>
    </w:p>
    <w:p>
      <w:pPr>
        <w:ind w:left="360"/>
      </w:pPr>
      <w:r>
        <w:rPr>
          <w:i/>
          <w:color w:val="7F8C8D"/>
        </w:rPr>
        <w:t>«¡Oh San Charbel, tú que te apartaste de los placeres del mundo y viviste en el silencio, la austeridad y la oración ininterrumpida ante Jesús Sacramentado! Dios te ha glorificado con incontables milagros y sanaciones que concede a quienes recurren a tu protección. Te ruego con fe profunda que mires mis dolores y sufrimientos (o la enfermedad de mi ser querido, nombre). Consígueme del Divino Médico la gracia de la sanación completa del cuerpo y del alma, fortalece mis fuerzas debilitadas y concédeme paz interior. Amén.»</w:t>
      </w:r>
    </w:p>
    <w:p>
      <w:pPr>
        <w:spacing w:before="240" w:after="120"/>
      </w:pPr>
      <w:r>
        <w:rPr>
          <w:b/>
          <w:color w:val="16A085"/>
          <w:sz w:val="26"/>
        </w:rPr>
        <w:t>2. Oración por un familiar enfermo a San Charbel</w:t>
      </w:r>
    </w:p>
    <w:p>
      <w:pPr>
        <w:ind w:left="360"/>
      </w:pPr>
      <w:r>
        <w:rPr>
          <w:i/>
          <w:color w:val="7F8C8D"/>
        </w:rPr>
        <w:t>«Oh protector compasivo de los enfermos, San Charbel! Acudimos con lágrimas a tu poderosa intercesión por nuestro familiar enfermo (nombre). Tú que nunca rechazaste a nadie que implorara tu ayuda, derrama la gracia de la salud sobre este ser querido. Toca su herida con tu mano bendita, apacigua la fiebre, mitiga el dolor físico y renuévale el espíritu para que pueda cantar las alabanzas de Dios. Amén.»</w:t>
      </w:r>
    </w:p>
    <w:p>
      <w:pPr>
        <w:spacing w:before="300"/>
      </w:pPr>
    </w:p>
    <w:p>
      <w:pPr>
        <w:jc w:val="center"/>
      </w:pPr>
      <w:r>
        <w:t xml:space="preserve">Descargado de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