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БЕЗВІДМОВНА МОЛИТВА ДО СВЯТОГО АНТОНІЯ ПАДУАНСЬКОГО</w:t>
      </w:r>
    </w:p>
    <w:p>
      <w:r>
        <w:t>Святий Антоній Падуанський — великий угодник Божий, прославлений своїм глибоким милосердям, даром чудотворення та особливою допомогою у поверненні втраченого (як матеріальних речей, так і душевного спокою чи віри). Нижче зібрані найсильніші молитви до святого Антонія.</w:t>
      </w:r>
    </w:p>
    <w:p>
      <w:pPr>
        <w:pStyle w:val="Heading2"/>
      </w:pPr>
      <w:r>
        <w:t>1. Безвідмовна молитва до святого Антонія Падуанського у важких ситуаціях</w:t>
      </w:r>
    </w:p>
    <w:p>
      <w:r>
        <w:t>«О святий Антонію, великий угоднику Божий! Ти, що ніколи не залишав без утіхи тих, хто з вірою до тебе звертається, смиренно прошу: допоможи мені у цій потребі (назвати прохання). Ти тримав на руках своїх Дитятко Ісуса, Який вислуховував кожне твоє прохання. Донеси і мою молитву до Його Престолу. Випроси для мене ласку у Господа, укріпи мою віру, заспокой моє серце і навчи мене прийняти Божу волю. Нехай станеться не так, як я хочу, а як буде на спасіння моєї душі. Амінь.»</w:t>
      </w:r>
    </w:p>
    <w:p>
      <w:pPr>
        <w:pStyle w:val="Heading2"/>
      </w:pPr>
      <w:r>
        <w:t>2. Молитва до святого Антонія про знаходження загублених речей</w:t>
      </w:r>
    </w:p>
    <w:p>
      <w:r>
        <w:t>«Святий Антонію, проповіднику невичерпної доброти! Бог удостоїв тебе особливого дару — допомагати людям у поверненні втраченого. Прийди нині на допомогу мені і своїм клопотанням перед Господом допоможи відшукати те, що я загубив (назвати загублену річ або цінність). Обіцяю бути вдячним тобі, свідчити про твою допомогу та чинити діла милосердя для бідних, яких ти так сильно любив за життя. Амінь.»</w:t>
      </w:r>
    </w:p>
    <w:p>
      <w:pPr>
        <w:pStyle w:val="Heading2"/>
      </w:pPr>
      <w:r>
        <w:t>3. Подячна молитва до святого Антонія</w:t>
      </w:r>
    </w:p>
    <w:p>
      <w:r>
        <w:t>«О преславний святий Антонію! З усього серця дякую тобі за твоє святе заступництво та за допомогу, яку я отримав через твої молитви. Ти вислухав мене і допоміг у моїй скруті. Обіцяю завжди пам'ятати про твою доброту, намагатися жити за заповідями Божими та допомагати нужденним. Славлю Господа Бога, Який прославив тебе на небесах і на землі.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