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ORACIONES A SAN ANTONIO DE PADUA PARA CASOS DIFICILES</w:t>
      </w:r>
    </w:p>
    <w:p>
      <w:r>
        <w:t>Este folleto contiene las oraciones de intercesión más poderosas y el texto completo del famoso Responsorio 'Si buscas milagros' (Si quaeris miracula) de San Antonio de Padua. Venerado como el santo de los milagros, patrono de los objetos perdidos, causas difíciles y el amor familiar, San Antonio es un intercesor infalible ante el Trono divino.</w:t>
      </w:r>
    </w:p>
    <w:p>
      <w:r>
        <w:t>Fuente y oraciones completas en el sitio oficial: https://pray.ee/</w:t>
      </w:r>
    </w:p>
    <w:p>
      <w:pPr>
        <w:pStyle w:val="Heading2"/>
      </w:pPr>
      <w:r>
        <w:t>1. Oración principal a San Antonio de Padua para casos difíciles</w:t>
      </w:r>
    </w:p>
    <w:p>
      <w:r>
        <w:t>«¡Oh glorioso San Antonio de Padua, siervo fiel y amigo de nuestro Señor Jesucristo! Dios te ha concedido el privilegio especial de socorrer a los afligidos, sanar a los enfermos y devolver las cosas perdidas. Acudo a ti en este día de tribulación para suplicar tu poderosa intercesión en mi gran necesidad (mencione aquí su petición). Confío en tu infinita bondad, que nunca desoye el clamor de los desamparados. Consígueme del Señor la gracia que te pido, enséñame a amar a Dios sobre todas las cosas y a servir a mis hermanos con humildad y caridad. Amén.»</w:t>
      </w:r>
    </w:p>
    <w:p>
      <w:pPr>
        <w:pStyle w:val="Heading2"/>
      </w:pPr>
      <w:r>
        <w:t>2. El famoso Responsorio de San Antonio: 'Si buscas milagros' (Si quaeris miracula)</w:t>
      </w:r>
    </w:p>
    <w:p>
      <w:r>
        <w:t>«Si buscas milagros, mira: la muerte y el error desterrados, la miseria y el demonio huyendo, y los enfermos sanados. El mar se calma, las cadenas se rompen; los jóvenes y los ancianos recuperan la salud y los miembros perdidos. El peligro desaparece, la necesidad cesa. Que lo digan los que han experimentado su auxilio, y especialmente los habitantes de Padua. El Padre, el Hijo y el Espíritu Santo sean glorificados por los siglos de los siglos. Amén.»</w:t>
      </w:r>
    </w:p>
    <w:p>
      <w:pPr>
        <w:pStyle w:val="Heading2"/>
      </w:pPr>
      <w:r>
        <w:t>3. Oración a San Antonio para el amor y la paz familiar</w:t>
      </w:r>
    </w:p>
    <w:p>
      <w:r>
        <w:t>«Querido San Antonio, tú que eres llamado el santo del amor porque tu corazón desbordaba de caridad divina hacia los más necesitados. Te ruego que bendigas mi hogar y mi relación de pareja. Obtén para nosotros de Dios el don de la paciencia, la fidelidad y la comprensión mutua. Aleja de nuestro camino todo orgullo, resentimiento o malentendido, y ayúdanos a reconstruir nuestro amor sobre la base firme del perdón y el respeto mutuo, para que nuestro hogar refleje la paz de la Sagrada Familia. Amén.»</w:t>
      </w:r>
    </w:p>
    <w:p>
      <w:r>
        <w:t>Encuentre más oraciones, novenas y reflexiones espirituales en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