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UNFAILING PRAYER TO SAINT NICHOLAS OF PADUA</w:t>
      </w:r>
    </w:p>
    <w:p>
      <w:r>
        <w:t>Saint Anthony of Padua is a glorious servant of God, widely known for his immense compassion, miraculous power, and special aid in finding lost things (both physical items and spiritual peace or faith). Below are the strongest prayers to Saint Anthony.</w:t>
      </w:r>
    </w:p>
    <w:p>
      <w:pPr>
        <w:pStyle w:val="Heading2"/>
      </w:pPr>
      <w:r>
        <w:t>1. Unfailing Prayer to Saint Anthony of Padua in Difficulties</w:t>
      </w:r>
    </w:p>
    <w:p>
      <w:r>
        <w:t>"O holy Saint Anthony, gentlest of Saints, your love for God and charity for His creatures made you worthy, when on earth, to possess miraculous powers. Encouraged by this thought, I implore you to obtain for me (state your request). The answer to my prayer may require a miracle, yet you are the Saint of miracles. O gentle and loving Saint Anthony, whose heart was ever full of human sympathy, whisper my petition into the ears of the sweet Infant Jesus, Who loved to be folded in your arms. The gratitude of my heart will ever be yours. Amen."</w:t>
      </w:r>
    </w:p>
    <w:p>
      <w:pPr>
        <w:pStyle w:val="Heading2"/>
      </w:pPr>
      <w:r>
        <w:t>2. Prayer to Saint Anthony to Find Lost Things</w:t>
      </w:r>
    </w:p>
    <w:p>
      <w:r>
        <w:t>"Saint Anthony, perfect imitator of Jesus, who received from God the special power of restoring lost things, grant that I may find (mention the lost item) which has been lost. At least restore to me peace and tranquility of mind, the loss of which has afflicted me even more than my material loss. To this favor, I ask another: that I may always remain in possession of the true good which is God. Let me rather lose all things than God, my supreme good. Amen."</w:t>
      </w:r>
    </w:p>
    <w:p>
      <w:pPr>
        <w:pStyle w:val="Heading2"/>
      </w:pPr>
      <w:r>
        <w:t>3. Thanksgiving Prayer to Saint Anthony</w:t>
      </w:r>
    </w:p>
    <w:p>
      <w:r>
        <w:t>"O glorious Saint Anthony, I thank you from the depth of my heart for your holy intercession and for the help I have received through your prayers. You heard my plea and brought it before our Lord. I promise to remain mindful of your goodness, to strive to live according to God's commandments, and to assist those in need. I praise God Who has glorified you in heaven and on earth.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