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ORACIÓN ALMA DE CRISTO (ANIMA CHRISTI)</w:t>
      </w:r>
    </w:p>
    <w:p>
      <w:r>
        <w:t>La oración Alma de Cristo es un célebre himno eucarístico medieval de la primera mitad del siglo XIV. Tradicionalmente rezado como acción de gracias después de la Sagrada Comunión, es una de las súplicas de mayor unción mística para pedir la sanación del alma y del cuerpo.</w:t>
      </w:r>
    </w:p>
    <w:p>
      <w:pPr>
        <w:spacing w:before="240" w:after="120"/>
      </w:pPr>
      <w:r>
        <w:rPr>
          <w:b/>
          <w:color w:val="16A085"/>
          <w:sz w:val="26"/>
        </w:rPr>
        <w:t>1. Texto canónico en español del Alma de Cristo</w:t>
      </w:r>
    </w:p>
    <w:p>
      <w:pPr>
        <w:ind w:left="360"/>
      </w:pPr>
      <w:r>
        <w:rPr>
          <w:i/>
          <w:color w:val="7F8C8D"/>
        </w:rPr>
        <w:t>«Alma de Cristo, santifícame.</w:t>
        <w:br/>
        <w:t>Cuerpo de Cristo, sálvame.</w:t>
        <w:br/>
        <w:t>Sangre de Cristo, embriágame.</w:t>
        <w:br/>
        <w:t>Agua del costado de Cristo, lávame.</w:t>
        <w:br/>
        <w:t>Pasión de Cristo, confórtame.</w:t>
        <w:br/>
        <w:t>¡Oh, buen Jesús!, óyeme.</w:t>
        <w:br/>
        <w:t>Dentro de tus llagas, escóndeme.</w:t>
        <w:br/>
        <w:t>No permitas que me aparte de Ti.</w:t>
        <w:br/>
        <w:t>Del maligno enemigo, defiéndeme.</w:t>
        <w:br/>
        <w:t>En la hora de mi muerte, llámame.</w:t>
        <w:br/>
        <w:t>Y mándame ir a Ti.</w:t>
        <w:br/>
        <w:t>Para que con tus santos te alabe.</w:t>
        <w:br/>
        <w:t>Por los siglos de los siglos. Amén.»</w:t>
      </w:r>
    </w:p>
    <w:p>
      <w:pPr>
        <w:spacing w:before="240" w:after="120"/>
      </w:pPr>
      <w:r>
        <w:rPr>
          <w:b/>
          <w:color w:val="16A085"/>
          <w:sz w:val="26"/>
        </w:rPr>
        <w:t>2. Texto original en Latín</w:t>
      </w:r>
    </w:p>
    <w:p>
      <w:pPr>
        <w:ind w:left="360"/>
      </w:pPr>
      <w:r>
        <w:rPr>
          <w:i/>
          <w:color w:val="7F8C8D"/>
        </w:rPr>
        <w:t>«Anima Christi, sanctifica me. Corpus Christi, salva me. Sanguis Christi, inebria me. Aqua lateris Christi, lava me. Passio Christi, conforta me. O bone Iesu, exaudi me. Intra tua vulnera absconde me. Ne permittas me separari a te. Ab hoste maligno defende me. In hora mortis meae voca me. Et iube me venire ad te, ut cum Sanctis tuis laudem te in saecula saeculorum. Amen.»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