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ДО АНГЕЛА-ОХОРОНЦЯ ПРО ЗАХИСТ</w:t>
      </w:r>
    </w:p>
    <w:p>
      <w:r>
        <w:t>Ангел-Охоронець — це наш небесний заступник, якого Бог дарує кожній людині в момент Хрещення для захисту від зла, допомоги в духовному житті та керівництва на шляху до спасіння. Цей збірник містить найсильніші канонічні молитви до вашого Ангела-Охоронця на кожен день.</w:t>
      </w:r>
    </w:p>
    <w:p>
      <w:pPr>
        <w:pStyle w:val="Heading2"/>
      </w:pPr>
      <w:r>
        <w:t>1. Щоденна молитва до Ангела-Охоронця (ранкова)</w:t>
      </w:r>
    </w:p>
    <w:p>
      <w:r>
        <w:t>«Ангеле Божий, охоронителю мій святий, даний мені від Бога з неба на захист! Щиро благаю тебе: ти мене сьогодні просвіти, від усякого зла збережи, до доброго діла настав і на шлях спасіння направ. Охороняй мої думки, слова та вчинки, щоб я нічим не образив мого Небесного Отця. Будь моїм щитом проти підступів диявола та моїм надійним провідником до Царства Небесного. Амінь.»</w:t>
      </w:r>
    </w:p>
    <w:p>
      <w:pPr>
        <w:pStyle w:val="Heading2"/>
      </w:pPr>
      <w:r>
        <w:t>2. Вечірня молитва до Ангела-Охоронця (перед сном)</w:t>
      </w:r>
    </w:p>
    <w:p>
      <w:r>
        <w:t>«Ангеле Христовий, охоронителю мій святий і покровителю душі й тіла мого! Прости мені все, чим згрішив я сьогодні словом, ділом чи помислом. Захисти мою душу від усяких спокус у нічній темряві, даруй моєму тілу спокійний сон і збережи мене від нападів ворожих. Помолися за мене, грішного, перед Престолом Господнім, щоб я став достойним Його безмежного милосердя. Амінь.»</w:t>
      </w:r>
    </w:p>
    <w:p>
      <w:pPr>
        <w:pStyle w:val="Heading2"/>
      </w:pPr>
      <w:r>
        <w:t>3. Канонічна молитва за дітей та латинський оригінал</w:t>
      </w:r>
    </w:p>
    <w:p>
      <w:r>
        <w:t>- Молитва за дітей: «Святий Ангеле-Охоронцю моїх дітей (імена), покрий їх своїм крилом від усякого зла, хвороб та небезпек. Веди їх дорогою правди та любові.»</w:t>
      </w:r>
    </w:p>
    <w:p>
      <w:r>
        <w:t>- Латинська молитва (Angele Dei): «Angele Dei, qui custos es mei, me, tibi commissum pietate superna, illumina, custodi, rege et guberna. Amen.»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