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ORACIONES AL ANGEL DE LA GUARDA</w:t>
      </w:r>
    </w:p>
    <w:p>
      <w:r>
        <w:t>El Ángel de la Guarda (Ángel Custodio) es nuestro celestial protector y guía espiritual, encomendado por Dios a cada alma en el momento de su santo Bautismo para defendernos de los peligros del mundo, asistirnos en la guerra invisible y dirigirnos hacia la salvación. Este folleto contiene las oraciones canónicas más hermosas al Ángel de la Guarda, incluyendo la clásica oración 'Dulce compañía'.</w:t>
      </w:r>
    </w:p>
    <w:p>
      <w:r>
        <w:t>Fuente y oraciones canónicas completas: https://pray.ee/</w:t>
      </w:r>
    </w:p>
    <w:p>
      <w:pPr>
        <w:pStyle w:val="Heading2"/>
      </w:pPr>
      <w:r>
        <w:t>1. La hermosa oración del Ángel de la Guarda (Dulce compañía)</w:t>
      </w:r>
    </w:p>
    <w:p>
      <w:r>
        <w:t>«Ángel de mi guarda, dulce compañía, no me desampares, ni de noche ni de día, no me dejes solo, que me perdería, hasta que me pongas en paz y alegría, con todos los santos, Jesús, José y María. Amén.»</w:t>
      </w:r>
    </w:p>
    <w:p>
      <w:pPr>
        <w:pStyle w:val="Heading2"/>
      </w:pPr>
      <w:r>
        <w:t>2. Oración diaria de protección al Ángel Custodio (Para adultos)</w:t>
      </w:r>
    </w:p>
    <w:p>
      <w:r>
        <w:t>«Ángel de Dios, que eres mi custodio, ya que la soberana piedad divina me ha encomendado a ti, ilumíname hoy, guárdame, rígeme y gobiérname. Defiende mi mente de los malos pensamientos, protege mis palabras y mis manos de toda acción pecaminosa. Sé mi escudo contra las tentaciones del diablo y condúceme a salvo al Reino Celestial. Amén.»</w:t>
      </w:r>
    </w:p>
    <w:p>
      <w:pPr>
        <w:pStyle w:val="Heading2"/>
      </w:pPr>
      <w:r>
        <w:t>3. Oración al Ángel de la Guarda para antes de dormir (Para dormir en paz)</w:t>
      </w:r>
    </w:p>
    <w:p>
      <w:r>
        <w:t>«Ángel de Cristo, mi santo guardián y protector de mi alma y cuerpo. Perdóname todo en lo que he pecado hoy con pensamientos, palabras o acciones. Protege mi alma de todas las tentaciones en la oscuridad de la noche, concede a mi cuerpo un descanso tranquilo y pacífico, y aléjame de los ataques del enemigo. Ruega por mí, pecador, ante el Trono de Dios. Amén.»</w:t>
      </w:r>
    </w:p>
    <w:p>
      <w:r>
        <w:t>Encuentre más oraciones, salmos y guías de ascesis espiritual en nuestro sitio web oficial: https://pray.ee/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