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THE GUARDIAN ANGEL FOR PROTECTION</w:t>
      </w:r>
    </w:p>
    <w:p>
      <w:r>
        <w:t>A Guardian Angel is our heavenly protector, granted by God to every soul at Baptism to shield us from evil, assist in our spiritual growth, and guide us on the path to salvation. This collection contains the strongest canonical prayers to your Guardian Angel for daily recitation.</w:t>
      </w:r>
    </w:p>
    <w:p>
      <w:pPr>
        <w:pStyle w:val="Heading2"/>
      </w:pPr>
      <w:r>
        <w:t>1. Daily Morning Prayer to the Guardian Angel</w:t>
      </w:r>
    </w:p>
    <w:p>
      <w:r>
        <w:t>"Angel of God, my guardian dear, to whom God's love commits me here, ever this day be at my side, to light and guard, to rule and guide. Defend my thoughts, words, and actions, that I may never offend my Heavenly Father. Stand as my shield against the devil's snares and my trustworthy guide to the Kingdom of Heaven. Amen."</w:t>
      </w:r>
    </w:p>
    <w:p>
      <w:pPr>
        <w:pStyle w:val="Heading2"/>
      </w:pPr>
      <w:r>
        <w:t>2. Evening Prayer to the Guardian Angel (Before Sleep)</w:t>
      </w:r>
    </w:p>
    <w:p>
      <w:r>
        <w:t>"O Angel of Christ, my holy guardian and protector of my soul and body! Forgive me for everything in which I sinned today in word, deed, or thought. Protect my soul from all temptations in the darkness of the night, grant my body peaceful rest, and keep me safe from hostile attacks. Pray for me, a sinner, before the Throne of the Lord, that I may be deemed worthy of His infinite mercy. Amen."</w:t>
      </w:r>
    </w:p>
    <w:p>
      <w:pPr>
        <w:pStyle w:val="Heading2"/>
      </w:pPr>
      <w:r>
        <w:t>3. Prayer for Children and the Latin Original</w:t>
      </w:r>
    </w:p>
    <w:p>
      <w:r>
        <w:t>"- Prayer for Children: Holy Guardian Angel of my children (names), cover them with your wings from all evil, sickness, and dangers. Guide them on the path of truth and love."</w:t>
      </w:r>
    </w:p>
    <w:p>
      <w:r>
        <w:t>"- Latin Prayer (Angele Dei): Angele Dei, qui custos es mei, me, tibi commissum pietate superna, illumina, custodi, rege et guberna.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